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BC874" w14:textId="77777777" w:rsidR="0029403E" w:rsidRPr="00F54900" w:rsidRDefault="0029403E" w:rsidP="00806731">
      <w:pPr>
        <w:spacing w:after="40"/>
        <w:jc w:val="right"/>
        <w:rPr>
          <w:rFonts w:cs="Calibri"/>
          <w:bCs/>
          <w:i/>
          <w:iCs/>
          <w:sz w:val="16"/>
          <w:szCs w:val="6"/>
          <w:lang w:val="pl-PL"/>
        </w:rPr>
      </w:pPr>
      <w:r w:rsidRPr="00F54900">
        <w:rPr>
          <w:rFonts w:cs="Calibri"/>
          <w:bCs/>
          <w:i/>
          <w:iCs/>
          <w:sz w:val="16"/>
          <w:szCs w:val="6"/>
          <w:lang w:val="pl-PL"/>
        </w:rPr>
        <w:t>Załącznik nr 1 do regulaminu Konkursu</w:t>
      </w:r>
    </w:p>
    <w:p w14:paraId="26ED28AF" w14:textId="77777777" w:rsidR="0029403E" w:rsidRPr="00F54900" w:rsidRDefault="0029403E" w:rsidP="0029403E">
      <w:pPr>
        <w:spacing w:after="40"/>
        <w:jc w:val="center"/>
        <w:rPr>
          <w:rFonts w:cs="Calibri"/>
          <w:b/>
          <w:sz w:val="30"/>
          <w:lang w:val="pl-PL"/>
        </w:rPr>
      </w:pPr>
    </w:p>
    <w:p w14:paraId="4075C5B5" w14:textId="6AA3BF42" w:rsidR="0029403E" w:rsidRPr="00F54900" w:rsidRDefault="0029403E" w:rsidP="0029403E">
      <w:pPr>
        <w:spacing w:after="40"/>
        <w:jc w:val="center"/>
        <w:rPr>
          <w:rFonts w:cs="Calibri"/>
          <w:lang w:val="pl-PL"/>
        </w:rPr>
      </w:pPr>
      <w:r w:rsidRPr="00F54900">
        <w:rPr>
          <w:rFonts w:cs="Calibri"/>
          <w:b/>
          <w:sz w:val="30"/>
          <w:lang w:val="pl-PL"/>
        </w:rPr>
        <w:t>KARTA ZGŁOSZENIOWA</w:t>
      </w:r>
    </w:p>
    <w:p w14:paraId="012E9A1B" w14:textId="77777777" w:rsidR="0029403E" w:rsidRPr="00F54900" w:rsidRDefault="0029403E" w:rsidP="0029403E">
      <w:pPr>
        <w:spacing w:after="160"/>
        <w:jc w:val="center"/>
        <w:rPr>
          <w:rFonts w:cs="Calibri"/>
          <w:b/>
          <w:bCs/>
          <w:color w:val="2D2D2D"/>
          <w:lang w:val="pl-PL"/>
        </w:rPr>
      </w:pPr>
      <w:r w:rsidRPr="00F54900">
        <w:rPr>
          <w:rFonts w:cs="Calibri"/>
          <w:color w:val="2D2D2D"/>
          <w:lang w:val="pl-PL"/>
        </w:rPr>
        <w:t>Konkurs</w:t>
      </w:r>
      <w:r w:rsidRPr="00F54900">
        <w:rPr>
          <w:rFonts w:cs="Calibri"/>
          <w:b/>
          <w:bCs/>
          <w:color w:val="2D2D2D"/>
          <w:lang w:val="pl-PL"/>
        </w:rPr>
        <w:t xml:space="preserve"> „Razem do zawodu”  </w:t>
      </w:r>
    </w:p>
    <w:p w14:paraId="73DAC01E" w14:textId="77777777" w:rsidR="0029403E" w:rsidRPr="00F54900" w:rsidRDefault="0029403E" w:rsidP="0029403E">
      <w:pPr>
        <w:spacing w:after="160"/>
        <w:jc w:val="center"/>
        <w:rPr>
          <w:rFonts w:cs="Calibri"/>
          <w:lang w:val="pl-PL"/>
        </w:rPr>
      </w:pPr>
      <w:r w:rsidRPr="00F54900">
        <w:rPr>
          <w:rFonts w:cs="Calibri"/>
          <w:color w:val="2D2D2D"/>
          <w:lang w:val="pl-PL"/>
        </w:rPr>
        <w:t>rok szkolny 2026/2027</w:t>
      </w:r>
    </w:p>
    <w:p w14:paraId="3E599615" w14:textId="77777777" w:rsidR="0029403E" w:rsidRPr="00F54900" w:rsidRDefault="0029403E" w:rsidP="0029403E">
      <w:pPr>
        <w:pStyle w:val="Nagwek1"/>
        <w:shd w:val="clear" w:color="auto" w:fill="D9D9D9"/>
        <w:ind w:left="100" w:right="100"/>
        <w:rPr>
          <w:rFonts w:ascii="Calibri" w:hAnsi="Calibri" w:cs="Calibri"/>
          <w:lang w:val="pl-PL"/>
        </w:rPr>
      </w:pPr>
      <w:r w:rsidRPr="00F54900">
        <w:rPr>
          <w:rFonts w:ascii="Calibri" w:hAnsi="Calibri" w:cs="Calibri"/>
          <w:lang w:val="pl-PL"/>
        </w:rPr>
        <w:t>A. Informacje o szkole i zgłoszeniu</w:t>
      </w:r>
    </w:p>
    <w:tbl>
      <w:tblPr>
        <w:tblW w:w="995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945"/>
      </w:tblGrid>
      <w:tr w:rsidR="0029403E" w:rsidRPr="00A54ECA" w14:paraId="21F4D5C9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DF6E43" w14:textId="77777777" w:rsidR="0029403E" w:rsidRPr="00F54900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F54900">
              <w:rPr>
                <w:rFonts w:cs="Calibri"/>
                <w:b/>
                <w:sz w:val="17"/>
                <w:lang w:val="pl-PL"/>
              </w:rPr>
              <w:t>Branża konkursowa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47B07C" w14:textId="0F4F7694" w:rsidR="0029403E" w:rsidRPr="00806731" w:rsidRDefault="00806731" w:rsidP="002101E6">
            <w:pPr>
              <w:spacing w:after="0"/>
              <w:rPr>
                <w:rFonts w:cs="Calibri"/>
                <w:sz w:val="17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 w:rsidRPr="00A54ECA">
              <w:rPr>
                <w:rFonts w:cs="Calibri"/>
                <w:sz w:val="17"/>
                <w:lang w:val="pl-PL"/>
              </w:rPr>
              <w:t xml:space="preserve"> </w:t>
            </w:r>
            <w:r>
              <w:rPr>
                <w:rFonts w:ascii="Segoe UI Symbol" w:hAnsi="Segoe UI Symbol" w:cs="Segoe UI Symbol"/>
                <w:sz w:val="17"/>
                <w:lang w:val="pl-PL"/>
              </w:rPr>
              <w:t>Nowoczesne technologie w produkcji i us</w:t>
            </w:r>
            <w:r>
              <w:rPr>
                <w:rFonts w:cs="Calibri"/>
                <w:sz w:val="17"/>
                <w:lang w:val="pl-PL"/>
              </w:rPr>
              <w:t>ługach</w:t>
            </w:r>
          </w:p>
          <w:p w14:paraId="6AC005CC" w14:textId="19A480FA" w:rsidR="00806731" w:rsidRDefault="00806731" w:rsidP="002101E6">
            <w:pPr>
              <w:spacing w:after="0"/>
              <w:rPr>
                <w:rFonts w:ascii="Segoe UI Symbol" w:hAnsi="Segoe UI Symbol" w:cs="Segoe UI Symbol"/>
                <w:sz w:val="17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>
              <w:rPr>
                <w:rFonts w:ascii="Segoe UI Symbol" w:hAnsi="Segoe UI Symbol" w:cs="Segoe UI Symbol"/>
                <w:sz w:val="17"/>
                <w:lang w:val="pl-PL"/>
              </w:rPr>
              <w:t xml:space="preserve"> </w:t>
            </w:r>
            <w:proofErr w:type="spellStart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>Hotelarstwo</w:t>
            </w:r>
            <w:proofErr w:type="spellEnd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>gastronomia</w:t>
            </w:r>
            <w:proofErr w:type="spellEnd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>i</w:t>
            </w:r>
            <w:proofErr w:type="spellEnd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Segoe UI Symbol" w:hAnsi="Segoe UI Symbol"/>
                <w:sz w:val="17"/>
                <w:szCs w:val="17"/>
                <w:shd w:val="clear" w:color="auto" w:fill="FFFFFF"/>
              </w:rPr>
              <w:t>turystyka</w:t>
            </w:r>
            <w:proofErr w:type="spellEnd"/>
            <w:r>
              <w:rPr>
                <w:rStyle w:val="eop"/>
                <w:rFonts w:ascii="Segoe UI Symbol" w:hAnsi="Segoe UI Symbol"/>
                <w:sz w:val="17"/>
                <w:szCs w:val="17"/>
                <w:bdr w:val="none" w:sz="0" w:space="0" w:color="auto" w:frame="1"/>
                <w:shd w:val="clear" w:color="auto" w:fill="C6C6C6"/>
              </w:rPr>
              <w:t> </w:t>
            </w:r>
          </w:p>
          <w:p w14:paraId="39FB2169" w14:textId="3962FD9C" w:rsidR="00806731" w:rsidRDefault="00806731" w:rsidP="002101E6">
            <w:pPr>
              <w:spacing w:after="0"/>
              <w:rPr>
                <w:rFonts w:ascii="Segoe UI Symbol" w:hAnsi="Segoe UI Symbol" w:cs="Segoe UI Symbol"/>
                <w:sz w:val="17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 w:rsidRPr="00F54900">
              <w:rPr>
                <w:rFonts w:ascii="Segoe UI Symbol" w:hAnsi="Segoe UI Symbol" w:cs="Segoe UI Symbol"/>
                <w:sz w:val="17"/>
                <w:lang w:val="pl-PL"/>
              </w:rPr>
              <w:t xml:space="preserve"> </w:t>
            </w:r>
            <w:r w:rsidRPr="00F54900">
              <w:rPr>
                <w:rFonts w:ascii="Segoe UI Symbol" w:hAnsi="Segoe UI Symbol" w:cs="Segoe UI Symbol"/>
                <w:sz w:val="17"/>
                <w:lang w:val="pl-PL"/>
              </w:rPr>
              <w:t>Energetyka</w:t>
            </w:r>
          </w:p>
          <w:p w14:paraId="5CFEB1A9" w14:textId="6EDFAD15" w:rsidR="00806731" w:rsidRDefault="00806731" w:rsidP="002101E6">
            <w:pPr>
              <w:spacing w:after="0"/>
              <w:rPr>
                <w:rFonts w:ascii="Segoe UI Symbol" w:hAnsi="Segoe UI Symbol" w:cs="Segoe UI Symbol"/>
                <w:sz w:val="17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>
              <w:rPr>
                <w:rFonts w:ascii="Segoe UI Symbol" w:hAnsi="Segoe UI Symbol" w:cs="Segoe UI Symbol"/>
                <w:sz w:val="17"/>
                <w:lang w:val="pl-PL"/>
              </w:rPr>
              <w:t xml:space="preserve"> Zdrowie i srebrna gospodarka</w:t>
            </w:r>
          </w:p>
          <w:p w14:paraId="3CA1B04A" w14:textId="50B96AFF" w:rsidR="00806731" w:rsidRPr="00A54ECA" w:rsidRDefault="00806731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>
              <w:rPr>
                <w:rFonts w:ascii="Segoe UI Symbol" w:hAnsi="Segoe UI Symbol" w:cs="Segoe UI Symbol"/>
                <w:sz w:val="17"/>
                <w:lang w:val="pl-PL"/>
              </w:rPr>
              <w:t xml:space="preserve"> </w:t>
            </w:r>
            <w:r w:rsidRPr="00806731">
              <w:rPr>
                <w:rFonts w:ascii="Segoe UI Symbol" w:hAnsi="Segoe UI Symbol" w:cs="Segoe UI Symbol"/>
                <w:sz w:val="17"/>
                <w:lang w:val="pl-PL"/>
              </w:rPr>
              <w:t>Transport, logistyka i magazynowanie i gospodarka morska</w:t>
            </w:r>
          </w:p>
        </w:tc>
      </w:tr>
      <w:tr w:rsidR="0029403E" w:rsidRPr="00A54ECA" w14:paraId="0E83B3F0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BA3DC3" w14:textId="651FE425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Pełna nazwa szkoły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02F1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527B699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638F60D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1876499A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9AB3C2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Adres szkoły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EF14CF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08FE224B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592B2032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F24ED2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Imię i nazwisko opiekuna zespołu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C698C5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4BDF862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744843BB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7F12AD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Telefon opiekuna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6C5F6D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33FC61FF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7EEB549F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5B63CF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Adres e-mail opiekuna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A64776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3410ADE1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3DB104F4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A4755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Tytuł / robocza nazwa projektu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A9BE62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7C2F4D2F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4E2D9AD0" w14:textId="77777777" w:rsidTr="0029403E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7C84D" w14:textId="07657EAF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Liczba członków zespołu*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6C0CA2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 w:rsidRPr="00A54ECA">
              <w:rPr>
                <w:rFonts w:cs="Calibri"/>
                <w:sz w:val="17"/>
                <w:lang w:val="pl-PL"/>
              </w:rPr>
              <w:t xml:space="preserve"> 3 osoby     </w:t>
            </w: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 w:rsidRPr="00A54ECA">
              <w:rPr>
                <w:rFonts w:cs="Calibri"/>
                <w:sz w:val="17"/>
                <w:lang w:val="pl-PL"/>
              </w:rPr>
              <w:t xml:space="preserve"> 4 osoby     </w:t>
            </w:r>
            <w:r w:rsidRPr="00A54ECA">
              <w:rPr>
                <w:rFonts w:ascii="Segoe UI Symbol" w:hAnsi="Segoe UI Symbol" w:cs="Segoe UI Symbol"/>
                <w:sz w:val="17"/>
                <w:lang w:val="pl-PL"/>
              </w:rPr>
              <w:t>☐</w:t>
            </w:r>
            <w:r w:rsidRPr="00A54ECA">
              <w:rPr>
                <w:rFonts w:cs="Calibri"/>
                <w:sz w:val="17"/>
                <w:lang w:val="pl-PL"/>
              </w:rPr>
              <w:t xml:space="preserve"> 5 osób</w:t>
            </w:r>
          </w:p>
        </w:tc>
      </w:tr>
    </w:tbl>
    <w:p w14:paraId="4698EFFC" w14:textId="719F4D4D" w:rsidR="0029403E" w:rsidRPr="00A54ECA" w:rsidRDefault="0029403E" w:rsidP="0029403E">
      <w:pPr>
        <w:spacing w:after="0"/>
        <w:rPr>
          <w:rFonts w:cs="Calibri"/>
          <w:sz w:val="21"/>
          <w:szCs w:val="21"/>
          <w:lang w:val="pl-PL"/>
        </w:rPr>
      </w:pPr>
      <w:r w:rsidRPr="00A54ECA">
        <w:rPr>
          <w:rFonts w:cs="Calibri"/>
          <w:sz w:val="21"/>
          <w:szCs w:val="21"/>
          <w:lang w:val="pl-PL"/>
        </w:rPr>
        <w:t>*Zespół projektowy powinien liczyć od 3 do 5 osób.</w:t>
      </w:r>
    </w:p>
    <w:p w14:paraId="743B68E4" w14:textId="693A8469" w:rsidR="0029403E" w:rsidRPr="00A54ECA" w:rsidRDefault="0029403E" w:rsidP="0029403E">
      <w:pPr>
        <w:pStyle w:val="Nagwek1"/>
        <w:shd w:val="clear" w:color="auto" w:fill="D9D9D9"/>
        <w:ind w:left="100" w:right="100"/>
        <w:rPr>
          <w:rFonts w:ascii="Calibri" w:hAnsi="Calibri" w:cs="Calibri"/>
          <w:lang w:val="pl-PL"/>
        </w:rPr>
      </w:pPr>
      <w:r w:rsidRPr="00A54ECA">
        <w:rPr>
          <w:rFonts w:ascii="Calibri" w:hAnsi="Calibri" w:cs="Calibri"/>
          <w:lang w:val="pl-PL"/>
        </w:rPr>
        <w:t xml:space="preserve">B. Członkowie </w:t>
      </w:r>
      <w:r w:rsidR="004A2BEC">
        <w:rPr>
          <w:rFonts w:ascii="Calibri" w:hAnsi="Calibri" w:cs="Calibri"/>
          <w:lang w:val="pl-PL"/>
        </w:rPr>
        <w:t>Z</w:t>
      </w:r>
      <w:r w:rsidRPr="00A54ECA">
        <w:rPr>
          <w:rFonts w:ascii="Calibri" w:hAnsi="Calibri" w:cs="Calibri"/>
          <w:lang w:val="pl-PL"/>
        </w:rPr>
        <w:t>espołu projektowego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252"/>
        <w:gridCol w:w="4564"/>
      </w:tblGrid>
      <w:tr w:rsidR="0029403E" w:rsidRPr="00A54ECA" w14:paraId="5E1EC39F" w14:textId="77777777" w:rsidTr="002101E6">
        <w:trPr>
          <w:cantSplit/>
          <w:tblHeader/>
          <w:jc w:val="center"/>
        </w:trPr>
        <w:tc>
          <w:tcPr>
            <w:tcW w:w="1134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33E492" w14:textId="77777777" w:rsidR="0029403E" w:rsidRPr="00A54ECA" w:rsidRDefault="0029403E" w:rsidP="002101E6">
            <w:pPr>
              <w:spacing w:after="0"/>
              <w:jc w:val="center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6"/>
                <w:lang w:val="pl-PL"/>
              </w:rPr>
              <w:t>Nr</w:t>
            </w:r>
          </w:p>
        </w:tc>
        <w:tc>
          <w:tcPr>
            <w:tcW w:w="4252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D4848A" w14:textId="77777777" w:rsidR="0029403E" w:rsidRPr="00A54ECA" w:rsidRDefault="0029403E" w:rsidP="002101E6">
            <w:pPr>
              <w:spacing w:after="0"/>
              <w:jc w:val="center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6"/>
                <w:lang w:val="pl-PL"/>
              </w:rPr>
              <w:t>Imię i nazwisko</w:t>
            </w:r>
          </w:p>
        </w:tc>
        <w:tc>
          <w:tcPr>
            <w:tcW w:w="4564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ED7143" w14:textId="77777777" w:rsidR="0029403E" w:rsidRPr="00A54ECA" w:rsidRDefault="0029403E" w:rsidP="002101E6">
            <w:pPr>
              <w:spacing w:after="0"/>
              <w:jc w:val="center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6"/>
                <w:lang w:val="pl-PL"/>
              </w:rPr>
              <w:t>Klasa / kierunek kształcenia</w:t>
            </w:r>
          </w:p>
        </w:tc>
      </w:tr>
      <w:tr w:rsidR="0029403E" w:rsidRPr="00A54ECA" w14:paraId="396136E7" w14:textId="77777777" w:rsidTr="002101E6">
        <w:trPr>
          <w:cantSplit/>
          <w:jc w:val="center"/>
        </w:trPr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439203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sz w:val="17"/>
                <w:lang w:val="pl-PL"/>
              </w:rPr>
              <w:t>1.</w:t>
            </w:r>
          </w:p>
        </w:tc>
        <w:tc>
          <w:tcPr>
            <w:tcW w:w="4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456279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  <w:tc>
          <w:tcPr>
            <w:tcW w:w="45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DF6637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4CA7CD7A" w14:textId="77777777" w:rsidTr="002101E6">
        <w:trPr>
          <w:cantSplit/>
          <w:jc w:val="center"/>
        </w:trPr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841D8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sz w:val="17"/>
                <w:lang w:val="pl-PL"/>
              </w:rPr>
              <w:t>2.</w:t>
            </w:r>
          </w:p>
        </w:tc>
        <w:tc>
          <w:tcPr>
            <w:tcW w:w="4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E77B3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  <w:tc>
          <w:tcPr>
            <w:tcW w:w="45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2E0D3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0DDB1453" w14:textId="77777777" w:rsidTr="002101E6">
        <w:trPr>
          <w:cantSplit/>
          <w:jc w:val="center"/>
        </w:trPr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829E74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sz w:val="17"/>
                <w:lang w:val="pl-PL"/>
              </w:rPr>
              <w:t>3.</w:t>
            </w:r>
          </w:p>
        </w:tc>
        <w:tc>
          <w:tcPr>
            <w:tcW w:w="4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05BFE1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  <w:tc>
          <w:tcPr>
            <w:tcW w:w="45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9ED841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4ABA4763" w14:textId="77777777" w:rsidTr="002101E6">
        <w:trPr>
          <w:cantSplit/>
          <w:jc w:val="center"/>
        </w:trPr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77E6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sz w:val="17"/>
                <w:lang w:val="pl-PL"/>
              </w:rPr>
              <w:t>4. (jeśli dotyczy)</w:t>
            </w:r>
          </w:p>
        </w:tc>
        <w:tc>
          <w:tcPr>
            <w:tcW w:w="4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A935D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  <w:tc>
          <w:tcPr>
            <w:tcW w:w="45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83860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14C3B53D" w14:textId="77777777" w:rsidTr="002101E6">
        <w:trPr>
          <w:cantSplit/>
          <w:jc w:val="center"/>
        </w:trPr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517050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sz w:val="17"/>
                <w:lang w:val="pl-PL"/>
              </w:rPr>
              <w:lastRenderedPageBreak/>
              <w:t>5. (jeśli dotyczy)</w:t>
            </w:r>
          </w:p>
        </w:tc>
        <w:tc>
          <w:tcPr>
            <w:tcW w:w="4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4E949D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  <w:tc>
          <w:tcPr>
            <w:tcW w:w="45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825EC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</w:tbl>
    <w:p w14:paraId="330CAB38" w14:textId="77777777" w:rsidR="0029403E" w:rsidRPr="00A54ECA" w:rsidRDefault="0029403E" w:rsidP="0029403E">
      <w:pPr>
        <w:spacing w:after="0"/>
        <w:rPr>
          <w:rFonts w:cs="Calibri"/>
          <w:lang w:val="pl-PL"/>
        </w:rPr>
      </w:pPr>
    </w:p>
    <w:p w14:paraId="081156D1" w14:textId="77777777" w:rsidR="0029403E" w:rsidRPr="00A54ECA" w:rsidRDefault="0029403E" w:rsidP="0029403E">
      <w:pPr>
        <w:spacing w:before="20"/>
        <w:jc w:val="center"/>
        <w:rPr>
          <w:rFonts w:cs="Calibri"/>
          <w:b/>
          <w:bCs/>
          <w:lang w:val="pl-PL"/>
        </w:rPr>
      </w:pPr>
      <w:r w:rsidRPr="00A54ECA">
        <w:rPr>
          <w:rFonts w:cs="Calibri"/>
          <w:b/>
          <w:bCs/>
          <w:lang w:val="pl-PL"/>
        </w:rPr>
        <w:t xml:space="preserve">Oświadczenie opiekuna: </w:t>
      </w:r>
    </w:p>
    <w:p w14:paraId="1C3C50BE" w14:textId="77777777" w:rsidR="0029403E" w:rsidRPr="00A54ECA" w:rsidRDefault="0029403E" w:rsidP="0029403E">
      <w:pPr>
        <w:spacing w:before="20"/>
        <w:jc w:val="center"/>
        <w:rPr>
          <w:rFonts w:cs="Calibri"/>
          <w:b/>
          <w:bCs/>
          <w:lang w:val="pl-PL"/>
        </w:rPr>
      </w:pPr>
      <w:r w:rsidRPr="00A54ECA">
        <w:rPr>
          <w:rFonts w:cs="Calibri"/>
          <w:b/>
          <w:bCs/>
          <w:lang w:val="pl-PL"/>
        </w:rPr>
        <w:t>Potwierdzam prawdziwość danych zgłoszenia oraz zapoznanie się z Regulaminem Konkursu „Razem do zawodu”.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945"/>
      </w:tblGrid>
      <w:tr w:rsidR="0029403E" w:rsidRPr="00A54ECA" w14:paraId="24F7C8B5" w14:textId="77777777" w:rsidTr="002101E6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24112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Miejscowość i data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B7244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2714BA2B" w14:textId="77777777" w:rsidTr="002101E6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B867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Podpis opiekuna zespołu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C284B6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1169E8CD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  <w:tr w:rsidR="0029403E" w:rsidRPr="00A54ECA" w14:paraId="2CBFFDF5" w14:textId="77777777" w:rsidTr="002101E6">
        <w:trPr>
          <w:cantSplit/>
          <w:jc w:val="center"/>
        </w:trPr>
        <w:tc>
          <w:tcPr>
            <w:tcW w:w="3005" w:type="dxa"/>
            <w:shd w:val="clear" w:color="auto" w:fill="E7E7E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36D837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  <w:r w:rsidRPr="00A54ECA">
              <w:rPr>
                <w:rFonts w:cs="Calibri"/>
                <w:b/>
                <w:sz w:val="17"/>
                <w:lang w:val="pl-PL"/>
              </w:rPr>
              <w:t>Pieczęć szkoły</w:t>
            </w:r>
          </w:p>
        </w:tc>
        <w:tc>
          <w:tcPr>
            <w:tcW w:w="694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19298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0D31982E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42A7D0B6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3AFEB234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  <w:p w14:paraId="580757CB" w14:textId="77777777" w:rsidR="0029403E" w:rsidRPr="00A54ECA" w:rsidRDefault="0029403E" w:rsidP="002101E6">
            <w:pPr>
              <w:spacing w:after="0"/>
              <w:rPr>
                <w:rFonts w:cs="Calibri"/>
                <w:lang w:val="pl-PL"/>
              </w:rPr>
            </w:pPr>
          </w:p>
        </w:tc>
      </w:tr>
    </w:tbl>
    <w:p w14:paraId="5C7E7978" w14:textId="77777777" w:rsidR="0029403E" w:rsidRPr="00A54ECA" w:rsidRDefault="0029403E" w:rsidP="0029403E">
      <w:pPr>
        <w:spacing w:after="0"/>
        <w:rPr>
          <w:rFonts w:cs="Calibri"/>
          <w:lang w:val="pl-PL"/>
        </w:rPr>
      </w:pPr>
    </w:p>
    <w:sectPr w:rsidR="0029403E" w:rsidRPr="00A54ECA" w:rsidSect="00732F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1417" w:bottom="1134" w:left="1417" w:header="11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D2C654" w14:textId="77777777" w:rsidR="00093FC2" w:rsidRDefault="00093FC2" w:rsidP="00732FE9">
      <w:pPr>
        <w:spacing w:after="0" w:line="240" w:lineRule="auto"/>
      </w:pPr>
      <w:r>
        <w:separator/>
      </w:r>
    </w:p>
  </w:endnote>
  <w:endnote w:type="continuationSeparator" w:id="0">
    <w:p w14:paraId="647BDF12" w14:textId="77777777" w:rsidR="00093FC2" w:rsidRDefault="00093FC2" w:rsidP="0073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B6C7B" w14:textId="77777777" w:rsidR="00C04F8A" w:rsidRDefault="00C04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E67F7" w14:textId="7125617C" w:rsidR="00732FE9" w:rsidRDefault="00732FE9" w:rsidP="00732FE9">
    <w:pPr>
      <w:pStyle w:val="Stopka"/>
      <w:jc w:val="center"/>
    </w:pPr>
    <w:r>
      <w:rPr>
        <w:noProof/>
      </w:rPr>
      <w:drawing>
        <wp:inline distT="0" distB="0" distL="0" distR="0" wp14:anchorId="4219C85C" wp14:editId="72284411">
          <wp:extent cx="5760720" cy="388620"/>
          <wp:effectExtent l="0" t="0" r="5080" b="5080"/>
          <wp:docPr id="64" name="Obraz 1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Obraz 64" descr="Fundusze Europejskie dla Pomorza 2021-2027 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88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2A6659" w14:textId="77777777" w:rsidR="00C04F8A" w:rsidRDefault="00C04F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A5BA69" w14:textId="77777777" w:rsidR="00093FC2" w:rsidRDefault="00093FC2" w:rsidP="00732FE9">
      <w:pPr>
        <w:spacing w:after="0" w:line="240" w:lineRule="auto"/>
      </w:pPr>
      <w:r>
        <w:separator/>
      </w:r>
    </w:p>
  </w:footnote>
  <w:footnote w:type="continuationSeparator" w:id="0">
    <w:p w14:paraId="0285D2D9" w14:textId="77777777" w:rsidR="00093FC2" w:rsidRDefault="00093FC2" w:rsidP="0073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EB378F" w14:textId="77777777" w:rsidR="00C04F8A" w:rsidRDefault="00C04F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402E7" w14:textId="0D9DB23B" w:rsidR="00732FE9" w:rsidRPr="00732FE9" w:rsidRDefault="00732FE9" w:rsidP="00732FE9">
    <w:pPr>
      <w:pStyle w:val="Nagwek"/>
      <w:jc w:val="center"/>
    </w:pPr>
    <w:r>
      <w:rPr>
        <w:noProof/>
      </w:rPr>
      <w:drawing>
        <wp:inline distT="0" distB="0" distL="0" distR="0" wp14:anchorId="75CB4C49" wp14:editId="133A77F8">
          <wp:extent cx="5760720" cy="690245"/>
          <wp:effectExtent l="0" t="0" r="0" b="0"/>
          <wp:docPr id="63" name="Obraz 1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 descr="Ciąg trzech logotypów w kolejności od lewej: 1. Fundusze Europejskie dla Pomorza, 2. Dofinansowane przez Unię Europejską, 3. Urząd Marszałkowski Województwa Pomor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7501D" w14:textId="77777777" w:rsidR="00C04F8A" w:rsidRDefault="00C04F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C61334"/>
    <w:multiLevelType w:val="hybridMultilevel"/>
    <w:tmpl w:val="6DE8BE34"/>
    <w:lvl w:ilvl="0" w:tplc="51E2C42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69D6C73"/>
    <w:multiLevelType w:val="hybridMultilevel"/>
    <w:tmpl w:val="EF900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D1797"/>
    <w:multiLevelType w:val="hybridMultilevel"/>
    <w:tmpl w:val="75EC4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629E7"/>
    <w:multiLevelType w:val="hybridMultilevel"/>
    <w:tmpl w:val="826AB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C3597"/>
    <w:multiLevelType w:val="hybridMultilevel"/>
    <w:tmpl w:val="389AD374"/>
    <w:lvl w:ilvl="0" w:tplc="0415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4" w15:restartNumberingAfterBreak="0">
    <w:nsid w:val="23523E78"/>
    <w:multiLevelType w:val="hybridMultilevel"/>
    <w:tmpl w:val="909C1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608F0"/>
    <w:multiLevelType w:val="hybridMultilevel"/>
    <w:tmpl w:val="61AEE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C2273"/>
    <w:multiLevelType w:val="hybridMultilevel"/>
    <w:tmpl w:val="BED22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FA350B"/>
    <w:multiLevelType w:val="hybridMultilevel"/>
    <w:tmpl w:val="536CC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A16DA"/>
    <w:multiLevelType w:val="hybridMultilevel"/>
    <w:tmpl w:val="E3303142"/>
    <w:lvl w:ilvl="0" w:tplc="B862108A">
      <w:start w:val="1"/>
      <w:numFmt w:val="decimal"/>
      <w:lvlText w:val="%1)"/>
      <w:lvlJc w:val="left"/>
      <w:pPr>
        <w:ind w:left="5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9" w:hanging="360"/>
      </w:pPr>
    </w:lvl>
    <w:lvl w:ilvl="2" w:tplc="0415001B" w:tentative="1">
      <w:start w:val="1"/>
      <w:numFmt w:val="lowerRoman"/>
      <w:lvlText w:val="%3."/>
      <w:lvlJc w:val="right"/>
      <w:pPr>
        <w:ind w:left="1999" w:hanging="180"/>
      </w:pPr>
    </w:lvl>
    <w:lvl w:ilvl="3" w:tplc="0415000F" w:tentative="1">
      <w:start w:val="1"/>
      <w:numFmt w:val="decimal"/>
      <w:lvlText w:val="%4."/>
      <w:lvlJc w:val="left"/>
      <w:pPr>
        <w:ind w:left="2719" w:hanging="360"/>
      </w:pPr>
    </w:lvl>
    <w:lvl w:ilvl="4" w:tplc="04150019" w:tentative="1">
      <w:start w:val="1"/>
      <w:numFmt w:val="lowerLetter"/>
      <w:lvlText w:val="%5."/>
      <w:lvlJc w:val="left"/>
      <w:pPr>
        <w:ind w:left="3439" w:hanging="360"/>
      </w:pPr>
    </w:lvl>
    <w:lvl w:ilvl="5" w:tplc="0415001B" w:tentative="1">
      <w:start w:val="1"/>
      <w:numFmt w:val="lowerRoman"/>
      <w:lvlText w:val="%6."/>
      <w:lvlJc w:val="right"/>
      <w:pPr>
        <w:ind w:left="4159" w:hanging="180"/>
      </w:pPr>
    </w:lvl>
    <w:lvl w:ilvl="6" w:tplc="0415000F" w:tentative="1">
      <w:start w:val="1"/>
      <w:numFmt w:val="decimal"/>
      <w:lvlText w:val="%7."/>
      <w:lvlJc w:val="left"/>
      <w:pPr>
        <w:ind w:left="4879" w:hanging="360"/>
      </w:pPr>
    </w:lvl>
    <w:lvl w:ilvl="7" w:tplc="04150019" w:tentative="1">
      <w:start w:val="1"/>
      <w:numFmt w:val="lowerLetter"/>
      <w:lvlText w:val="%8."/>
      <w:lvlJc w:val="left"/>
      <w:pPr>
        <w:ind w:left="5599" w:hanging="360"/>
      </w:pPr>
    </w:lvl>
    <w:lvl w:ilvl="8" w:tplc="0415001B" w:tentative="1">
      <w:start w:val="1"/>
      <w:numFmt w:val="lowerRoman"/>
      <w:lvlText w:val="%9."/>
      <w:lvlJc w:val="right"/>
      <w:pPr>
        <w:ind w:left="6319" w:hanging="180"/>
      </w:pPr>
    </w:lvl>
  </w:abstractNum>
  <w:abstractNum w:abstractNumId="19" w15:restartNumberingAfterBreak="0">
    <w:nsid w:val="42987A62"/>
    <w:multiLevelType w:val="hybridMultilevel"/>
    <w:tmpl w:val="A1664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91525"/>
    <w:multiLevelType w:val="hybridMultilevel"/>
    <w:tmpl w:val="C7720E7A"/>
    <w:lvl w:ilvl="0" w:tplc="04150017">
      <w:start w:val="1"/>
      <w:numFmt w:val="lowerLetter"/>
      <w:lvlText w:val="%1)"/>
      <w:lvlJc w:val="left"/>
      <w:pPr>
        <w:ind w:left="919" w:hanging="360"/>
      </w:pPr>
    </w:lvl>
    <w:lvl w:ilvl="1" w:tplc="04150019">
      <w:start w:val="1"/>
      <w:numFmt w:val="lowerLetter"/>
      <w:lvlText w:val="%2."/>
      <w:lvlJc w:val="left"/>
      <w:pPr>
        <w:ind w:left="1639" w:hanging="360"/>
      </w:pPr>
    </w:lvl>
    <w:lvl w:ilvl="2" w:tplc="0415001B" w:tentative="1">
      <w:start w:val="1"/>
      <w:numFmt w:val="lowerRoman"/>
      <w:lvlText w:val="%3."/>
      <w:lvlJc w:val="right"/>
      <w:pPr>
        <w:ind w:left="2359" w:hanging="180"/>
      </w:pPr>
    </w:lvl>
    <w:lvl w:ilvl="3" w:tplc="0415000F" w:tentative="1">
      <w:start w:val="1"/>
      <w:numFmt w:val="decimal"/>
      <w:lvlText w:val="%4."/>
      <w:lvlJc w:val="left"/>
      <w:pPr>
        <w:ind w:left="3079" w:hanging="360"/>
      </w:pPr>
    </w:lvl>
    <w:lvl w:ilvl="4" w:tplc="04150019" w:tentative="1">
      <w:start w:val="1"/>
      <w:numFmt w:val="lowerLetter"/>
      <w:lvlText w:val="%5."/>
      <w:lvlJc w:val="left"/>
      <w:pPr>
        <w:ind w:left="3799" w:hanging="360"/>
      </w:pPr>
    </w:lvl>
    <w:lvl w:ilvl="5" w:tplc="0415001B" w:tentative="1">
      <w:start w:val="1"/>
      <w:numFmt w:val="lowerRoman"/>
      <w:lvlText w:val="%6."/>
      <w:lvlJc w:val="right"/>
      <w:pPr>
        <w:ind w:left="4519" w:hanging="180"/>
      </w:pPr>
    </w:lvl>
    <w:lvl w:ilvl="6" w:tplc="0415000F" w:tentative="1">
      <w:start w:val="1"/>
      <w:numFmt w:val="decimal"/>
      <w:lvlText w:val="%7."/>
      <w:lvlJc w:val="left"/>
      <w:pPr>
        <w:ind w:left="5239" w:hanging="360"/>
      </w:pPr>
    </w:lvl>
    <w:lvl w:ilvl="7" w:tplc="04150019" w:tentative="1">
      <w:start w:val="1"/>
      <w:numFmt w:val="lowerLetter"/>
      <w:lvlText w:val="%8."/>
      <w:lvlJc w:val="left"/>
      <w:pPr>
        <w:ind w:left="5959" w:hanging="360"/>
      </w:pPr>
    </w:lvl>
    <w:lvl w:ilvl="8" w:tplc="0415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1" w15:restartNumberingAfterBreak="0">
    <w:nsid w:val="45D959F2"/>
    <w:multiLevelType w:val="hybridMultilevel"/>
    <w:tmpl w:val="F6DAB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7F3BDD"/>
    <w:multiLevelType w:val="hybridMultilevel"/>
    <w:tmpl w:val="FFF89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E510A"/>
    <w:multiLevelType w:val="hybridMultilevel"/>
    <w:tmpl w:val="4666201A"/>
    <w:lvl w:ilvl="0" w:tplc="04150011">
      <w:start w:val="1"/>
      <w:numFmt w:val="decimal"/>
      <w:lvlText w:val="%1)"/>
      <w:lvlJc w:val="left"/>
      <w:pPr>
        <w:ind w:left="919" w:hanging="360"/>
      </w:pPr>
    </w:lvl>
    <w:lvl w:ilvl="1" w:tplc="04150019" w:tentative="1">
      <w:start w:val="1"/>
      <w:numFmt w:val="lowerLetter"/>
      <w:lvlText w:val="%2."/>
      <w:lvlJc w:val="left"/>
      <w:pPr>
        <w:ind w:left="1639" w:hanging="360"/>
      </w:pPr>
    </w:lvl>
    <w:lvl w:ilvl="2" w:tplc="0415001B" w:tentative="1">
      <w:start w:val="1"/>
      <w:numFmt w:val="lowerRoman"/>
      <w:lvlText w:val="%3."/>
      <w:lvlJc w:val="right"/>
      <w:pPr>
        <w:ind w:left="2359" w:hanging="180"/>
      </w:pPr>
    </w:lvl>
    <w:lvl w:ilvl="3" w:tplc="0415000F" w:tentative="1">
      <w:start w:val="1"/>
      <w:numFmt w:val="decimal"/>
      <w:lvlText w:val="%4."/>
      <w:lvlJc w:val="left"/>
      <w:pPr>
        <w:ind w:left="3079" w:hanging="360"/>
      </w:pPr>
    </w:lvl>
    <w:lvl w:ilvl="4" w:tplc="04150019" w:tentative="1">
      <w:start w:val="1"/>
      <w:numFmt w:val="lowerLetter"/>
      <w:lvlText w:val="%5."/>
      <w:lvlJc w:val="left"/>
      <w:pPr>
        <w:ind w:left="3799" w:hanging="360"/>
      </w:pPr>
    </w:lvl>
    <w:lvl w:ilvl="5" w:tplc="0415001B" w:tentative="1">
      <w:start w:val="1"/>
      <w:numFmt w:val="lowerRoman"/>
      <w:lvlText w:val="%6."/>
      <w:lvlJc w:val="right"/>
      <w:pPr>
        <w:ind w:left="4519" w:hanging="180"/>
      </w:pPr>
    </w:lvl>
    <w:lvl w:ilvl="6" w:tplc="0415000F" w:tentative="1">
      <w:start w:val="1"/>
      <w:numFmt w:val="decimal"/>
      <w:lvlText w:val="%7."/>
      <w:lvlJc w:val="left"/>
      <w:pPr>
        <w:ind w:left="5239" w:hanging="360"/>
      </w:pPr>
    </w:lvl>
    <w:lvl w:ilvl="7" w:tplc="04150019" w:tentative="1">
      <w:start w:val="1"/>
      <w:numFmt w:val="lowerLetter"/>
      <w:lvlText w:val="%8."/>
      <w:lvlJc w:val="left"/>
      <w:pPr>
        <w:ind w:left="5959" w:hanging="360"/>
      </w:pPr>
    </w:lvl>
    <w:lvl w:ilvl="8" w:tplc="0415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4" w15:restartNumberingAfterBreak="0">
    <w:nsid w:val="527B73D1"/>
    <w:multiLevelType w:val="hybridMultilevel"/>
    <w:tmpl w:val="7366B41E"/>
    <w:lvl w:ilvl="0" w:tplc="04150011">
      <w:start w:val="1"/>
      <w:numFmt w:val="decimal"/>
      <w:lvlText w:val="%1)"/>
      <w:lvlJc w:val="left"/>
      <w:pPr>
        <w:ind w:left="919" w:hanging="360"/>
      </w:pPr>
    </w:lvl>
    <w:lvl w:ilvl="1" w:tplc="04150019" w:tentative="1">
      <w:start w:val="1"/>
      <w:numFmt w:val="lowerLetter"/>
      <w:lvlText w:val="%2."/>
      <w:lvlJc w:val="left"/>
      <w:pPr>
        <w:ind w:left="1639" w:hanging="360"/>
      </w:pPr>
    </w:lvl>
    <w:lvl w:ilvl="2" w:tplc="0415001B" w:tentative="1">
      <w:start w:val="1"/>
      <w:numFmt w:val="lowerRoman"/>
      <w:lvlText w:val="%3."/>
      <w:lvlJc w:val="right"/>
      <w:pPr>
        <w:ind w:left="2359" w:hanging="180"/>
      </w:pPr>
    </w:lvl>
    <w:lvl w:ilvl="3" w:tplc="0415000F" w:tentative="1">
      <w:start w:val="1"/>
      <w:numFmt w:val="decimal"/>
      <w:lvlText w:val="%4."/>
      <w:lvlJc w:val="left"/>
      <w:pPr>
        <w:ind w:left="3079" w:hanging="360"/>
      </w:pPr>
    </w:lvl>
    <w:lvl w:ilvl="4" w:tplc="04150019" w:tentative="1">
      <w:start w:val="1"/>
      <w:numFmt w:val="lowerLetter"/>
      <w:lvlText w:val="%5."/>
      <w:lvlJc w:val="left"/>
      <w:pPr>
        <w:ind w:left="3799" w:hanging="360"/>
      </w:pPr>
    </w:lvl>
    <w:lvl w:ilvl="5" w:tplc="0415001B" w:tentative="1">
      <w:start w:val="1"/>
      <w:numFmt w:val="lowerRoman"/>
      <w:lvlText w:val="%6."/>
      <w:lvlJc w:val="right"/>
      <w:pPr>
        <w:ind w:left="4519" w:hanging="180"/>
      </w:pPr>
    </w:lvl>
    <w:lvl w:ilvl="6" w:tplc="0415000F" w:tentative="1">
      <w:start w:val="1"/>
      <w:numFmt w:val="decimal"/>
      <w:lvlText w:val="%7."/>
      <w:lvlJc w:val="left"/>
      <w:pPr>
        <w:ind w:left="5239" w:hanging="360"/>
      </w:pPr>
    </w:lvl>
    <w:lvl w:ilvl="7" w:tplc="04150019" w:tentative="1">
      <w:start w:val="1"/>
      <w:numFmt w:val="lowerLetter"/>
      <w:lvlText w:val="%8."/>
      <w:lvlJc w:val="left"/>
      <w:pPr>
        <w:ind w:left="5959" w:hanging="360"/>
      </w:pPr>
    </w:lvl>
    <w:lvl w:ilvl="8" w:tplc="0415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5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CF6CA8"/>
    <w:multiLevelType w:val="hybridMultilevel"/>
    <w:tmpl w:val="A246C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97943"/>
    <w:multiLevelType w:val="hybridMultilevel"/>
    <w:tmpl w:val="3F0E77A4"/>
    <w:lvl w:ilvl="0" w:tplc="04150011">
      <w:start w:val="1"/>
      <w:numFmt w:val="decimal"/>
      <w:lvlText w:val="%1)"/>
      <w:lvlJc w:val="left"/>
      <w:pPr>
        <w:ind w:left="919" w:hanging="360"/>
      </w:pPr>
    </w:lvl>
    <w:lvl w:ilvl="1" w:tplc="04150019" w:tentative="1">
      <w:start w:val="1"/>
      <w:numFmt w:val="lowerLetter"/>
      <w:lvlText w:val="%2."/>
      <w:lvlJc w:val="left"/>
      <w:pPr>
        <w:ind w:left="1639" w:hanging="360"/>
      </w:pPr>
    </w:lvl>
    <w:lvl w:ilvl="2" w:tplc="0415001B" w:tentative="1">
      <w:start w:val="1"/>
      <w:numFmt w:val="lowerRoman"/>
      <w:lvlText w:val="%3."/>
      <w:lvlJc w:val="right"/>
      <w:pPr>
        <w:ind w:left="2359" w:hanging="180"/>
      </w:pPr>
    </w:lvl>
    <w:lvl w:ilvl="3" w:tplc="0415000F" w:tentative="1">
      <w:start w:val="1"/>
      <w:numFmt w:val="decimal"/>
      <w:lvlText w:val="%4."/>
      <w:lvlJc w:val="left"/>
      <w:pPr>
        <w:ind w:left="3079" w:hanging="360"/>
      </w:pPr>
    </w:lvl>
    <w:lvl w:ilvl="4" w:tplc="04150019" w:tentative="1">
      <w:start w:val="1"/>
      <w:numFmt w:val="lowerLetter"/>
      <w:lvlText w:val="%5."/>
      <w:lvlJc w:val="left"/>
      <w:pPr>
        <w:ind w:left="3799" w:hanging="360"/>
      </w:pPr>
    </w:lvl>
    <w:lvl w:ilvl="5" w:tplc="0415001B" w:tentative="1">
      <w:start w:val="1"/>
      <w:numFmt w:val="lowerRoman"/>
      <w:lvlText w:val="%6."/>
      <w:lvlJc w:val="right"/>
      <w:pPr>
        <w:ind w:left="4519" w:hanging="180"/>
      </w:pPr>
    </w:lvl>
    <w:lvl w:ilvl="6" w:tplc="0415000F" w:tentative="1">
      <w:start w:val="1"/>
      <w:numFmt w:val="decimal"/>
      <w:lvlText w:val="%7."/>
      <w:lvlJc w:val="left"/>
      <w:pPr>
        <w:ind w:left="5239" w:hanging="360"/>
      </w:pPr>
    </w:lvl>
    <w:lvl w:ilvl="7" w:tplc="04150019" w:tentative="1">
      <w:start w:val="1"/>
      <w:numFmt w:val="lowerLetter"/>
      <w:lvlText w:val="%8."/>
      <w:lvlJc w:val="left"/>
      <w:pPr>
        <w:ind w:left="5959" w:hanging="360"/>
      </w:pPr>
    </w:lvl>
    <w:lvl w:ilvl="8" w:tplc="0415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8" w15:restartNumberingAfterBreak="0">
    <w:nsid w:val="5B837216"/>
    <w:multiLevelType w:val="hybridMultilevel"/>
    <w:tmpl w:val="EFE6CB24"/>
    <w:lvl w:ilvl="0" w:tplc="3EFA872E">
      <w:start w:val="1"/>
      <w:numFmt w:val="bullet"/>
      <w:lvlText w:val="‒"/>
      <w:lvlJc w:val="left"/>
      <w:pPr>
        <w:ind w:left="919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29" w15:restartNumberingAfterBreak="0">
    <w:nsid w:val="63197D62"/>
    <w:multiLevelType w:val="hybridMultilevel"/>
    <w:tmpl w:val="37D66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E164B3"/>
    <w:multiLevelType w:val="hybridMultilevel"/>
    <w:tmpl w:val="6EC015F8"/>
    <w:lvl w:ilvl="0" w:tplc="485C73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8B02743A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5F126B6"/>
    <w:multiLevelType w:val="multilevel"/>
    <w:tmpl w:val="A8A6921E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40513"/>
    <w:multiLevelType w:val="hybridMultilevel"/>
    <w:tmpl w:val="BB0C74B4"/>
    <w:lvl w:ilvl="0" w:tplc="04150017">
      <w:start w:val="1"/>
      <w:numFmt w:val="lowerLetter"/>
      <w:lvlText w:val="%1)"/>
      <w:lvlJc w:val="left"/>
      <w:pPr>
        <w:ind w:left="919" w:hanging="360"/>
      </w:pPr>
    </w:lvl>
    <w:lvl w:ilvl="1" w:tplc="04150019" w:tentative="1">
      <w:start w:val="1"/>
      <w:numFmt w:val="lowerLetter"/>
      <w:lvlText w:val="%2."/>
      <w:lvlJc w:val="left"/>
      <w:pPr>
        <w:ind w:left="1639" w:hanging="360"/>
      </w:pPr>
    </w:lvl>
    <w:lvl w:ilvl="2" w:tplc="0415001B" w:tentative="1">
      <w:start w:val="1"/>
      <w:numFmt w:val="lowerRoman"/>
      <w:lvlText w:val="%3."/>
      <w:lvlJc w:val="right"/>
      <w:pPr>
        <w:ind w:left="2359" w:hanging="180"/>
      </w:pPr>
    </w:lvl>
    <w:lvl w:ilvl="3" w:tplc="0415000F" w:tentative="1">
      <w:start w:val="1"/>
      <w:numFmt w:val="decimal"/>
      <w:lvlText w:val="%4."/>
      <w:lvlJc w:val="left"/>
      <w:pPr>
        <w:ind w:left="3079" w:hanging="360"/>
      </w:pPr>
    </w:lvl>
    <w:lvl w:ilvl="4" w:tplc="04150019" w:tentative="1">
      <w:start w:val="1"/>
      <w:numFmt w:val="lowerLetter"/>
      <w:lvlText w:val="%5."/>
      <w:lvlJc w:val="left"/>
      <w:pPr>
        <w:ind w:left="3799" w:hanging="360"/>
      </w:pPr>
    </w:lvl>
    <w:lvl w:ilvl="5" w:tplc="0415001B" w:tentative="1">
      <w:start w:val="1"/>
      <w:numFmt w:val="lowerRoman"/>
      <w:lvlText w:val="%6."/>
      <w:lvlJc w:val="right"/>
      <w:pPr>
        <w:ind w:left="4519" w:hanging="180"/>
      </w:pPr>
    </w:lvl>
    <w:lvl w:ilvl="6" w:tplc="0415000F" w:tentative="1">
      <w:start w:val="1"/>
      <w:numFmt w:val="decimal"/>
      <w:lvlText w:val="%7."/>
      <w:lvlJc w:val="left"/>
      <w:pPr>
        <w:ind w:left="5239" w:hanging="360"/>
      </w:pPr>
    </w:lvl>
    <w:lvl w:ilvl="7" w:tplc="04150019" w:tentative="1">
      <w:start w:val="1"/>
      <w:numFmt w:val="lowerLetter"/>
      <w:lvlText w:val="%8."/>
      <w:lvlJc w:val="left"/>
      <w:pPr>
        <w:ind w:left="5959" w:hanging="360"/>
      </w:pPr>
    </w:lvl>
    <w:lvl w:ilvl="8" w:tplc="0415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33" w15:restartNumberingAfterBreak="0">
    <w:nsid w:val="6B2C4FA2"/>
    <w:multiLevelType w:val="hybridMultilevel"/>
    <w:tmpl w:val="6F465966"/>
    <w:lvl w:ilvl="0" w:tplc="0415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34" w15:restartNumberingAfterBreak="0">
    <w:nsid w:val="6C4F53FE"/>
    <w:multiLevelType w:val="hybridMultilevel"/>
    <w:tmpl w:val="E9ECB08E"/>
    <w:lvl w:ilvl="0" w:tplc="04150017">
      <w:start w:val="1"/>
      <w:numFmt w:val="lowerLetter"/>
      <w:lvlText w:val="%1)"/>
      <w:lvlJc w:val="left"/>
      <w:pPr>
        <w:ind w:left="1089" w:hanging="360"/>
      </w:p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35" w15:restartNumberingAfterBreak="0">
    <w:nsid w:val="73206A18"/>
    <w:multiLevelType w:val="hybridMultilevel"/>
    <w:tmpl w:val="F6DAB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9C7FE7"/>
    <w:multiLevelType w:val="hybridMultilevel"/>
    <w:tmpl w:val="275A006C"/>
    <w:lvl w:ilvl="0" w:tplc="685A9D52">
      <w:start w:val="1"/>
      <w:numFmt w:val="decimal"/>
      <w:lvlText w:val="%1)"/>
      <w:lvlJc w:val="left"/>
      <w:pPr>
        <w:ind w:left="719" w:hanging="520"/>
      </w:pPr>
      <w:rPr>
        <w:rFonts w:hint="default"/>
      </w:rPr>
    </w:lvl>
    <w:lvl w:ilvl="1" w:tplc="8FF2E362">
      <w:start w:val="1"/>
      <w:numFmt w:val="lowerLetter"/>
      <w:lvlText w:val="%2)"/>
      <w:lvlJc w:val="left"/>
      <w:pPr>
        <w:ind w:left="1439" w:hanging="5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99" w:hanging="180"/>
      </w:pPr>
    </w:lvl>
    <w:lvl w:ilvl="3" w:tplc="0415000F" w:tentative="1">
      <w:start w:val="1"/>
      <w:numFmt w:val="decimal"/>
      <w:lvlText w:val="%4."/>
      <w:lvlJc w:val="left"/>
      <w:pPr>
        <w:ind w:left="2719" w:hanging="360"/>
      </w:pPr>
    </w:lvl>
    <w:lvl w:ilvl="4" w:tplc="04150019" w:tentative="1">
      <w:start w:val="1"/>
      <w:numFmt w:val="lowerLetter"/>
      <w:lvlText w:val="%5."/>
      <w:lvlJc w:val="left"/>
      <w:pPr>
        <w:ind w:left="3439" w:hanging="360"/>
      </w:pPr>
    </w:lvl>
    <w:lvl w:ilvl="5" w:tplc="0415001B" w:tentative="1">
      <w:start w:val="1"/>
      <w:numFmt w:val="lowerRoman"/>
      <w:lvlText w:val="%6."/>
      <w:lvlJc w:val="right"/>
      <w:pPr>
        <w:ind w:left="4159" w:hanging="180"/>
      </w:pPr>
    </w:lvl>
    <w:lvl w:ilvl="6" w:tplc="0415000F" w:tentative="1">
      <w:start w:val="1"/>
      <w:numFmt w:val="decimal"/>
      <w:lvlText w:val="%7."/>
      <w:lvlJc w:val="left"/>
      <w:pPr>
        <w:ind w:left="4879" w:hanging="360"/>
      </w:pPr>
    </w:lvl>
    <w:lvl w:ilvl="7" w:tplc="04150019" w:tentative="1">
      <w:start w:val="1"/>
      <w:numFmt w:val="lowerLetter"/>
      <w:lvlText w:val="%8."/>
      <w:lvlJc w:val="left"/>
      <w:pPr>
        <w:ind w:left="5599" w:hanging="360"/>
      </w:pPr>
    </w:lvl>
    <w:lvl w:ilvl="8" w:tplc="0415001B" w:tentative="1">
      <w:start w:val="1"/>
      <w:numFmt w:val="lowerRoman"/>
      <w:lvlText w:val="%9."/>
      <w:lvlJc w:val="right"/>
      <w:pPr>
        <w:ind w:left="6319" w:hanging="180"/>
      </w:pPr>
    </w:lvl>
  </w:abstractNum>
  <w:abstractNum w:abstractNumId="37" w15:restartNumberingAfterBreak="0">
    <w:nsid w:val="785E0271"/>
    <w:multiLevelType w:val="hybridMultilevel"/>
    <w:tmpl w:val="4E86D5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1D2D22"/>
    <w:multiLevelType w:val="hybridMultilevel"/>
    <w:tmpl w:val="600E5082"/>
    <w:lvl w:ilvl="0" w:tplc="77AC5CE0">
      <w:start w:val="1"/>
      <w:numFmt w:val="decimal"/>
      <w:lvlText w:val="%1)"/>
      <w:lvlJc w:val="left"/>
      <w:pPr>
        <w:ind w:left="715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9" w:hanging="360"/>
      </w:pPr>
    </w:lvl>
    <w:lvl w:ilvl="2" w:tplc="0415001B" w:tentative="1">
      <w:start w:val="1"/>
      <w:numFmt w:val="lowerRoman"/>
      <w:lvlText w:val="%3."/>
      <w:lvlJc w:val="right"/>
      <w:pPr>
        <w:ind w:left="1999" w:hanging="180"/>
      </w:pPr>
    </w:lvl>
    <w:lvl w:ilvl="3" w:tplc="0415000F" w:tentative="1">
      <w:start w:val="1"/>
      <w:numFmt w:val="decimal"/>
      <w:lvlText w:val="%4."/>
      <w:lvlJc w:val="left"/>
      <w:pPr>
        <w:ind w:left="2719" w:hanging="360"/>
      </w:pPr>
    </w:lvl>
    <w:lvl w:ilvl="4" w:tplc="04150019" w:tentative="1">
      <w:start w:val="1"/>
      <w:numFmt w:val="lowerLetter"/>
      <w:lvlText w:val="%5."/>
      <w:lvlJc w:val="left"/>
      <w:pPr>
        <w:ind w:left="3439" w:hanging="360"/>
      </w:pPr>
    </w:lvl>
    <w:lvl w:ilvl="5" w:tplc="0415001B" w:tentative="1">
      <w:start w:val="1"/>
      <w:numFmt w:val="lowerRoman"/>
      <w:lvlText w:val="%6."/>
      <w:lvlJc w:val="right"/>
      <w:pPr>
        <w:ind w:left="4159" w:hanging="180"/>
      </w:pPr>
    </w:lvl>
    <w:lvl w:ilvl="6" w:tplc="0415000F" w:tentative="1">
      <w:start w:val="1"/>
      <w:numFmt w:val="decimal"/>
      <w:lvlText w:val="%7."/>
      <w:lvlJc w:val="left"/>
      <w:pPr>
        <w:ind w:left="4879" w:hanging="360"/>
      </w:pPr>
    </w:lvl>
    <w:lvl w:ilvl="7" w:tplc="04150019" w:tentative="1">
      <w:start w:val="1"/>
      <w:numFmt w:val="lowerLetter"/>
      <w:lvlText w:val="%8."/>
      <w:lvlJc w:val="left"/>
      <w:pPr>
        <w:ind w:left="5599" w:hanging="360"/>
      </w:pPr>
    </w:lvl>
    <w:lvl w:ilvl="8" w:tplc="0415001B" w:tentative="1">
      <w:start w:val="1"/>
      <w:numFmt w:val="lowerRoman"/>
      <w:lvlText w:val="%9."/>
      <w:lvlJc w:val="right"/>
      <w:pPr>
        <w:ind w:left="6319" w:hanging="180"/>
      </w:pPr>
    </w:lvl>
  </w:abstractNum>
  <w:num w:numId="1" w16cid:durableId="1692799293">
    <w:abstractNumId w:val="8"/>
  </w:num>
  <w:num w:numId="2" w16cid:durableId="1734231256">
    <w:abstractNumId w:val="6"/>
  </w:num>
  <w:num w:numId="3" w16cid:durableId="2077512470">
    <w:abstractNumId w:val="5"/>
  </w:num>
  <w:num w:numId="4" w16cid:durableId="1758479596">
    <w:abstractNumId w:val="4"/>
  </w:num>
  <w:num w:numId="5" w16cid:durableId="1425418521">
    <w:abstractNumId w:val="7"/>
  </w:num>
  <w:num w:numId="6" w16cid:durableId="346446830">
    <w:abstractNumId w:val="3"/>
  </w:num>
  <w:num w:numId="7" w16cid:durableId="1944874006">
    <w:abstractNumId w:val="2"/>
  </w:num>
  <w:num w:numId="8" w16cid:durableId="2122722096">
    <w:abstractNumId w:val="1"/>
  </w:num>
  <w:num w:numId="9" w16cid:durableId="790052026">
    <w:abstractNumId w:val="0"/>
  </w:num>
  <w:num w:numId="10" w16cid:durableId="1137842745">
    <w:abstractNumId w:val="13"/>
  </w:num>
  <w:num w:numId="11" w16cid:durableId="336998929">
    <w:abstractNumId w:val="33"/>
  </w:num>
  <w:num w:numId="12" w16cid:durableId="315843411">
    <w:abstractNumId w:val="20"/>
  </w:num>
  <w:num w:numId="13" w16cid:durableId="168062547">
    <w:abstractNumId w:val="36"/>
  </w:num>
  <w:num w:numId="14" w16cid:durableId="1410081219">
    <w:abstractNumId w:val="32"/>
  </w:num>
  <w:num w:numId="15" w16cid:durableId="1413310809">
    <w:abstractNumId w:val="18"/>
  </w:num>
  <w:num w:numId="16" w16cid:durableId="350421425">
    <w:abstractNumId w:val="9"/>
  </w:num>
  <w:num w:numId="17" w16cid:durableId="1773622578">
    <w:abstractNumId w:val="37"/>
  </w:num>
  <w:num w:numId="18" w16cid:durableId="113792855">
    <w:abstractNumId w:val="35"/>
  </w:num>
  <w:num w:numId="19" w16cid:durableId="683476978">
    <w:abstractNumId w:val="21"/>
  </w:num>
  <w:num w:numId="20" w16cid:durableId="1757241520">
    <w:abstractNumId w:val="25"/>
  </w:num>
  <w:num w:numId="21" w16cid:durableId="1843007879">
    <w:abstractNumId w:val="31"/>
  </w:num>
  <w:num w:numId="22" w16cid:durableId="1937899531">
    <w:abstractNumId w:val="12"/>
  </w:num>
  <w:num w:numId="23" w16cid:durableId="284889183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64019904">
    <w:abstractNumId w:val="19"/>
  </w:num>
  <w:num w:numId="25" w16cid:durableId="1406996710">
    <w:abstractNumId w:val="22"/>
  </w:num>
  <w:num w:numId="26" w16cid:durableId="952438939">
    <w:abstractNumId w:val="16"/>
  </w:num>
  <w:num w:numId="27" w16cid:durableId="1994674487">
    <w:abstractNumId w:val="29"/>
  </w:num>
  <w:num w:numId="28" w16cid:durableId="1139034181">
    <w:abstractNumId w:val="23"/>
  </w:num>
  <w:num w:numId="29" w16cid:durableId="983044749">
    <w:abstractNumId w:val="27"/>
  </w:num>
  <w:num w:numId="30" w16cid:durableId="1962034727">
    <w:abstractNumId w:val="28"/>
  </w:num>
  <w:num w:numId="31" w16cid:durableId="1313098715">
    <w:abstractNumId w:val="24"/>
  </w:num>
  <w:num w:numId="32" w16cid:durableId="1122184783">
    <w:abstractNumId w:val="38"/>
  </w:num>
  <w:num w:numId="33" w16cid:durableId="1672835240">
    <w:abstractNumId w:val="14"/>
  </w:num>
  <w:num w:numId="34" w16cid:durableId="579757100">
    <w:abstractNumId w:val="15"/>
  </w:num>
  <w:num w:numId="35" w16cid:durableId="1444183998">
    <w:abstractNumId w:val="34"/>
  </w:num>
  <w:num w:numId="36" w16cid:durableId="1705708803">
    <w:abstractNumId w:val="26"/>
  </w:num>
  <w:num w:numId="37" w16cid:durableId="389153647">
    <w:abstractNumId w:val="10"/>
  </w:num>
  <w:num w:numId="38" w16cid:durableId="901988589">
    <w:abstractNumId w:val="11"/>
  </w:num>
  <w:num w:numId="39" w16cid:durableId="1859157068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D2018C0-6240-45F6-8044-39D332C78496}"/>
  </w:docVars>
  <w:rsids>
    <w:rsidRoot w:val="00B47730"/>
    <w:rsid w:val="00003D72"/>
    <w:rsid w:val="000256F7"/>
    <w:rsid w:val="00034616"/>
    <w:rsid w:val="0006063C"/>
    <w:rsid w:val="00093FC2"/>
    <w:rsid w:val="00114318"/>
    <w:rsid w:val="001337F9"/>
    <w:rsid w:val="0015074B"/>
    <w:rsid w:val="00173A67"/>
    <w:rsid w:val="0029403E"/>
    <w:rsid w:val="0029639D"/>
    <w:rsid w:val="002F3D68"/>
    <w:rsid w:val="00326F90"/>
    <w:rsid w:val="00412B9B"/>
    <w:rsid w:val="00434CDA"/>
    <w:rsid w:val="00441ACA"/>
    <w:rsid w:val="0044258E"/>
    <w:rsid w:val="00482887"/>
    <w:rsid w:val="004A2BEC"/>
    <w:rsid w:val="004C4AE2"/>
    <w:rsid w:val="004D56B3"/>
    <w:rsid w:val="00523458"/>
    <w:rsid w:val="005334EA"/>
    <w:rsid w:val="005E0B15"/>
    <w:rsid w:val="00616C41"/>
    <w:rsid w:val="00697548"/>
    <w:rsid w:val="006D7477"/>
    <w:rsid w:val="00732FE9"/>
    <w:rsid w:val="00771A3C"/>
    <w:rsid w:val="007F3919"/>
    <w:rsid w:val="00806731"/>
    <w:rsid w:val="00836A3D"/>
    <w:rsid w:val="008557DA"/>
    <w:rsid w:val="00894642"/>
    <w:rsid w:val="008D743E"/>
    <w:rsid w:val="008E7E2D"/>
    <w:rsid w:val="008F58D1"/>
    <w:rsid w:val="009100D8"/>
    <w:rsid w:val="009C5AC1"/>
    <w:rsid w:val="009D6642"/>
    <w:rsid w:val="00A54ECA"/>
    <w:rsid w:val="00A815F8"/>
    <w:rsid w:val="00AA1D8D"/>
    <w:rsid w:val="00AB7FEF"/>
    <w:rsid w:val="00AC46DC"/>
    <w:rsid w:val="00AE1764"/>
    <w:rsid w:val="00B3276A"/>
    <w:rsid w:val="00B47730"/>
    <w:rsid w:val="00B70C02"/>
    <w:rsid w:val="00C04F8A"/>
    <w:rsid w:val="00C251C0"/>
    <w:rsid w:val="00CB0664"/>
    <w:rsid w:val="00CC418A"/>
    <w:rsid w:val="00CC6E80"/>
    <w:rsid w:val="00CC72D6"/>
    <w:rsid w:val="00CD2270"/>
    <w:rsid w:val="00CF758F"/>
    <w:rsid w:val="00D36926"/>
    <w:rsid w:val="00DA3616"/>
    <w:rsid w:val="00DD7984"/>
    <w:rsid w:val="00E568D3"/>
    <w:rsid w:val="00E936B6"/>
    <w:rsid w:val="00F23E52"/>
    <w:rsid w:val="00F32543"/>
    <w:rsid w:val="00F402D5"/>
    <w:rsid w:val="00F54900"/>
    <w:rsid w:val="00FC1DF3"/>
    <w:rsid w:val="00FC693F"/>
    <w:rsid w:val="00FF6E03"/>
    <w:rsid w:val="69AA57E8"/>
    <w:rsid w:val="6D40E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97052"/>
  <w14:defaultImageDpi w14:val="330"/>
  <w15:docId w15:val="{8677FD74-A6B1-F740-933C-0E702921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Calibri" w:eastAsia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nhideWhenUsed/>
    <w:rsid w:val="00412B9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2B9B"/>
    <w:rPr>
      <w:color w:val="605E5C"/>
      <w:shd w:val="clear" w:color="auto" w:fill="E1DFDD"/>
    </w:rPr>
  </w:style>
  <w:style w:type="paragraph" w:customStyle="1" w:styleId="Normalny1">
    <w:name w:val="Normalny1"/>
    <w:uiPriority w:val="99"/>
    <w:rsid w:val="00A815F8"/>
    <w:pPr>
      <w:suppressAutoHyphens/>
      <w:spacing w:after="120"/>
      <w:ind w:left="992" w:hanging="357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ela-Siatka1">
    <w:name w:val="Tabela - Siatka1"/>
    <w:basedOn w:val="Standardowy"/>
    <w:next w:val="Tabela-Siatka"/>
    <w:rsid w:val="00A815F8"/>
    <w:pPr>
      <w:spacing w:after="0" w:line="240" w:lineRule="auto"/>
      <w:ind w:left="992" w:hanging="357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99"/>
    <w:rsid w:val="00A815F8"/>
    <w:pPr>
      <w:spacing w:after="0" w:line="240" w:lineRule="auto"/>
      <w:ind w:left="992" w:hanging="357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A815F8"/>
    <w:rPr>
      <w:rFonts w:ascii="Calibri" w:eastAsia="Calibri" w:hAnsi="Calibri"/>
      <w:color w:val="000000"/>
    </w:rPr>
  </w:style>
  <w:style w:type="paragraph" w:styleId="Poprawka">
    <w:name w:val="Revision"/>
    <w:hidden/>
    <w:uiPriority w:val="99"/>
    <w:semiHidden/>
    <w:rsid w:val="00DA3616"/>
    <w:pPr>
      <w:spacing w:after="0" w:line="240" w:lineRule="auto"/>
    </w:pPr>
    <w:rPr>
      <w:rFonts w:ascii="Calibri" w:eastAsia="Calibri" w:hAnsi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17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17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1764"/>
    <w:rPr>
      <w:rFonts w:ascii="Calibri" w:eastAsia="Calibri" w:hAnsi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17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1764"/>
    <w:rPr>
      <w:rFonts w:ascii="Calibri" w:eastAsia="Calibri" w:hAnsi="Calibri"/>
      <w:b/>
      <w:bCs/>
      <w:color w:val="000000"/>
      <w:sz w:val="20"/>
      <w:szCs w:val="20"/>
    </w:rPr>
  </w:style>
  <w:style w:type="character" w:customStyle="1" w:styleId="normaltextrun">
    <w:name w:val="normaltextrun"/>
    <w:basedOn w:val="Domylnaczcionkaakapitu"/>
    <w:rsid w:val="00806731"/>
  </w:style>
  <w:style w:type="character" w:customStyle="1" w:styleId="eop">
    <w:name w:val="eop"/>
    <w:basedOn w:val="Domylnaczcionkaakapitu"/>
    <w:rsid w:val="00806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b7ec4-49cb-420e-a5a5-67481848025b">
      <Terms xmlns="http://schemas.microsoft.com/office/infopath/2007/PartnerControls"/>
    </lcf76f155ced4ddcb4097134ff3c332f>
    <TaxCatchAll xmlns="e88c702b-922b-41ce-8bf3-743d8abb94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7CC6A7ED946D4E8046A04D323FAFB9" ma:contentTypeVersion="18" ma:contentTypeDescription="Utwórz nowy dokument." ma:contentTypeScope="" ma:versionID="f6f3e64a5327eb539c1ad3e12986dcaf">
  <xsd:schema xmlns:xsd="http://www.w3.org/2001/XMLSchema" xmlns:xs="http://www.w3.org/2001/XMLSchema" xmlns:p="http://schemas.microsoft.com/office/2006/metadata/properties" xmlns:ns2="8fcb7ec4-49cb-420e-a5a5-67481848025b" xmlns:ns3="e88c702b-922b-41ce-8bf3-743d8abb9491" targetNamespace="http://schemas.microsoft.com/office/2006/metadata/properties" ma:root="true" ma:fieldsID="939cf05b5765dadc36c4521d97c65dd8" ns2:_="" ns3:_="">
    <xsd:import namespace="8fcb7ec4-49cb-420e-a5a5-67481848025b"/>
    <xsd:import namespace="e88c702b-922b-41ce-8bf3-743d8abb94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b7ec4-49cb-420e-a5a5-674818480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bdd3828-457c-4277-b35b-c2fd95d711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c702b-922b-41ce-8bf3-743d8abb94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ba1b7d-19db-4247-9e7e-e93c9a7293e2}" ma:internalName="TaxCatchAll" ma:showField="CatchAllData" ma:web="e88c702b-922b-41ce-8bf3-743d8abb94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5D0DB7-200A-4C93-B8E2-BD5E9F44E1B9}">
  <ds:schemaRefs>
    <ds:schemaRef ds:uri="http://schemas.microsoft.com/office/2006/metadata/properties"/>
    <ds:schemaRef ds:uri="http://schemas.microsoft.com/office/infopath/2007/PartnerControls"/>
    <ds:schemaRef ds:uri="8fcb7ec4-49cb-420e-a5a5-67481848025b"/>
    <ds:schemaRef ds:uri="e88c702b-922b-41ce-8bf3-743d8abb9491"/>
  </ds:schemaRefs>
</ds:datastoreItem>
</file>

<file path=customXml/itemProps2.xml><?xml version="1.0" encoding="utf-8"?>
<ds:datastoreItem xmlns:ds="http://schemas.openxmlformats.org/officeDocument/2006/customXml" ds:itemID="{11561C0D-6FAF-45FE-A2B2-E5A5031467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E2D4F9-A801-45CD-A36E-58E5344D2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b7ec4-49cb-420e-a5a5-67481848025b"/>
    <ds:schemaRef ds:uri="e88c702b-922b-41ce-8bf3-743d8abb9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2018C0-6240-45F6-8044-39D332C78496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„Razem do zawodu” – branża Nowoczesne technologie w produkcji i usługach</vt:lpstr>
    </vt:vector>
  </TitlesOfParts>
  <Manager/>
  <Company/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„Razem do zawodu” – branża Nowoczesne technologie w produkcji i usługach</dc:title>
  <dc:subject>Sformatowana wersja regulaminu na rok szkolny 2026/2027</dc:subject>
  <dc:creator>python-docx</dc:creator>
  <cp:keywords/>
  <dc:description>generated by python-docx</dc:description>
  <cp:lastModifiedBy>Paulina Stawicka</cp:lastModifiedBy>
  <cp:revision>2</cp:revision>
  <dcterms:created xsi:type="dcterms:W3CDTF">2026-10-27T17:43:00Z</dcterms:created>
  <dcterms:modified xsi:type="dcterms:W3CDTF">2026-10-27T17:43:00Z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0x010100447CC6A7ED946D4E8046A04D323FAFB9</vt:lpwstr>
  </property>
  <property fmtid="{D5CDD505-2E9C-101B-9397-08002B2CF9AE}" pid="3" name="MediaServiceImageTags">
    <vt:lpwstr/>
  </property>
</Properties>
</file>